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ארגז כלים לספרות בחט״ב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ולנתח את מבנה העלילה, סוגי הדמויות והאמצעים האומנותיים ביצירה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לא רק מה קיים בטקסט אלא איזו תחושה, תמונה או רעיון הוא יוצר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 היצירות הנלמדות ואת מאפייני הז'אנרים שלהן (סיפור קצר, מדרש, קומדיה, שיר)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יוצרת ומענה על שאלות פתוחות בהתבסס על הכלים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2 · סוגי דמויות ומחסן תכונות – זיהוי ומושגי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דינמית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עקיף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2 · סוגי דמויות ומחסן תכונות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(העלילה סובבת סביבה)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(מורכבת, בעלת כמה תכונות וסתירות פנימיות)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(משתנה במהלך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(המספר אומר במפורש איך הדמות)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(לומדים על הדמות ממעשיה ומדבריה)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2 · סוגי דמויות ומחסן תכונות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תכונות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סוגי דמויות ומחסן תכונות – ניתוח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דינמית - בתחילה חולמת על חיי פאר ומתביישת בעוניה, ובסוף משתנה והופכת לאישה עובדת וקשוחה שמקבלת את מצבה.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שטוחה בעיקרה - מאופיין כמעט רק בתכונת הקמצנות הקיצונית לאורך כל המחזה, ללא התפתחות.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תאוותן, חשדן, קמצן, אובססיבי לכסף.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לדוגמה: הרפגון קובר תיבת זהב בגן וחושד בכולם - מעשיו מלמדים על קמצנותו ועל חוסר האמון שלו באנשים, בלי שהמספר אומר זאת במפורש.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3 · אמצעים אומנותיים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3 · אמצעים אומנותיים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מטאפורה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אמצעים אומנותיים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(השוואה במילים כמו / כ־)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(נתינת תכונה אנושית לדבר שאינו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(השוואה בלי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(מילה או ביטוי שחוזרים כמה פעמים)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(הצגת שני הפכים זה מול 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(חפץ או תמונה שמייצגים רעיון גדול 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אמצעים אומנותיים – הסבר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מטאפורה; יוצרת תחושה של ביטחון וחום, כאילו הספרייה מגנה מפני קשיי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 הקשר והגעגוע לאב שעזב; הכדור מייצג את הזיכרון והקשר הרגשי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תחושת מסתורין וחיות בטבע, כאילו לעלים יש חיים פנימיים משלהם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למשל: "הוא רץ מהר כמו ברק" – יוצר תמונה של מהירות חדה ופתאומית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תשובה חופשית הכוללת ציטוט קצר, שם האמצעי והסבר לתרומתו לרעיון או לרגש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4 · הומור וקומדיה – ארגז הצחוק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בקומדיה כמו המחזה של מולייר הצחוק חושף גם חולשות אנושיות וחברתיות – זאת סאטירה.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מולייר כתב את מחזותיו, ביים אותם והעלה אותם בפריז של המאה ה-17, ולעיתים שיחק בהם בעצמו.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הרפגון הוא קמצן קיצוני: מרעיב את משרתיו וסוסיו וקבר אוצר בגן.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הסאטירה משתמשת בצחוק כדי להצביע על בעיה או חולשה בחברה.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הומור וקומדיה – ארגז הצחוק – מזהים אמצעים קומיים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הגזמה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אי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הומור וקומדיה – ארגז הצחוק – מצחוק לסאטירה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צחוק לשם צחוק נועד רק לבדר, ואילו סאטירה משתמשת בצחוק כדי לבקר תופעה או התנהגות בחברה.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דוגמה סבירה שמראה מצב מצחיק ובו גם ביקורת על נורמה או התנהגות בחברה, עם נימוק קצר.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ביקורת על אנשים שהכסף חשוב להם יותר מרווחתם וכבודם של בני אדם אחרים.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משפט שבו ההתנהגות הקמצנית מוגזמת בבירור עד כדי גיחוך, למשל חיסכון קיצוני ולא סביר.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5 · יישום ביצירות: המחרוזת, בת רבי עקיבא והנחש, הקמצן – הבנת 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על חיי עושר ופאר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מגברת פורסטייה, חברתה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ואלר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יישום ביצירות: המחרוזת, בת רבי עקיבא והנחש, הקמצן – נכון/לא נכון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ניצלה כי נתנה צדקה לעני בליל חתונתה, מבלי לדעת שהנחש בעין הקיר.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במחזה – זהו האוצר שהוא חושש לאבדו.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מתברר שהמחרוזת הייתה מזויפת, וכל שנות העבודה היו מיותרות.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יישום ביצירות: המחרוזת, בת רבי עקיבא והנחש, הקמצן – דמויות וסמלים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צדקה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יישום ביצירות: המחרוזת, בת רבי עקיבא והנחש, הקמצן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(חולמת על חיי פאר ועושר)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(קמצן קיצוני החושד בכולם)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(נתנה את מנתה לעני ביום חתונתה)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(נכנס לבית הרפגון כמנהל משק הבית כדי להיות קרוב לאליז)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6 · שירים, סיכום וכתיבה יוצרת – הכרות עם 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אמנון שמוש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 יוצרים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שירים, סיכום וכתיבה יוצרת – עובדות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באתר לצד שמה.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מדובר בשני יוצרים שונים שכתבו שירים בנושא התחדשות וזמן מחזורי.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שירים, סיכום וכתיבה יוצרת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אמנון שמוש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אהוד מנור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שירים, סיכום וכתיבה יוצרת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(השוואה עם מילת "כמו" או "כ־")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(תיאור דומם או בעל חיים בתכונות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(השוואה בלי מילת דימוי)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(מילה או צירוף שחוזרים כמה פעמים)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(חפץ או תמונה שמייצגים רעיון גדול 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סגורות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הרגע שבו העלילה משתנה לכיוון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סטטית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הכסף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מראית עין נוצצת שמסתירה זיוף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מעשה קטן שעשתה בלי כוונה הרג את הנחש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הגזמה, טעות קומית וסוגי הומור נוספים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מצליח/ה לציין את חמשת השלבים לפי סדר ולנמק מדוע רגע מסוים הוא נקודת המפנה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מביא/ה ציטוט או דוגמה קצרה מהטקסט כהוכחה לכל אחד משלושת הצירים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מצטט את האמצעי בקצרה (עד 8 מילים) ומסביר/ה את התחושה או התמונה שהוא יוצר, לא רק את שמו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לפזר את שישה הפרקים על פני כמה שיעורים: שני פרקי 'ארגז הכלים' (מבנה ודמויות) בשיעור אחד, אמצעים אומנותיים בשיעור נפרד, והיצירות בהמשך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חנ״מ כדאי להקריא את ההוראות ולהציג מחסן מילים בולט לפני כל תרגיל, בדומה למבנה שמופיע במבחנים המותאמים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אפשר להתמקד תחילה בזיהוי פשוט (בחירה מתוך אפשרויות) ולדחות את משימות הניסוח החופשי לשלב מאוחר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כרטיסי היציאה בסוף כל פרק כהערכה מעצבת לפני המעבר לפרק הבא, ולחזור אליהם לקראת מבחן מסכם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ארגז כלים לספרות בחט״ב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יש שישה פרקים קצרים. בכל פרק לומדים כלי אחד לקריאת סיפורים. קוראים, עונים על שאלות, ובסוף בודקים את עצמכם.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 הסיפור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להציג את חמשת שלבי העלילה: אקספוזיציה, סיבוך, שיא, התרה, סיום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מפנה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בעלילה שבו המצב משתנה לכיוון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עגולה / שטוחה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מורכבת עם תכונות רבות לעומת דמות פשוטה עם תכונה אחת בולטת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דינמית / סטטית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שמשתנה במהלך הסיפור לעומת דמות שנשארת אותו 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אפיון ישיר / עקיף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כשהמספר אומר במפורש איך הדמות היא, לעומת כשלומדים עליה ממעשיה ומדבריה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במילים כמו או כ-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מטאפורה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בלי מילת השוואה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של דבר דומם או בעל חיים כאילו הוא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או תמונה שמייצגים רעיון גדול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סאטירה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יצירה מצחיקה שמבקרת בעזרת הומור תופעה או התנהגות בחברה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2 · סוגי דמויות ומחסן תכונות – זיהוי ומושגי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דמות היא הכי חשובה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שטוחה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סטטית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דמות עם תכונה אחת בלבד נקראת…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עגולה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דינמית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שטוחה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כשהמספר אומר ישירות איך הדמות - זה אפיון…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עקיף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דינמי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סטטי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דמות שמשתנה בסוף הסיפור נקראת…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סטטית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שטוחה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דינמית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כשלומדים על דמות דרך מעשיה - זה אפיון…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עקיף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דינמי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2 · סוגי דמויות ומחסן תכונות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דמות ראשית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משתנה במהלך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דמות 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לומדים על הדמות ממעשיה ומדבריה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דמות דינמית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העלילה סובבת סביבה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אפיון ישיר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מורכבת, בעלת כמה תכונות וסתירות פנימיות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אפיון עקיף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המספר אומר במפורש איך הדמות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2 · סוגי דמויות ומחסן תכונות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מטילדה מ"המחרוזת" היא דמות __________ כי העלילה כולה סובבת סביבה.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במקום לכתוב שדמות "נחמדה", כדאי להשתמש במילה מדויקת יותר ממחסן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סוגי דמויות ומחסן תכונות – ניתוח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האם מטילדה היא דמות דינמית או סטטית? נמקו בעזרת השוואה בין תחילת הסיפור לסופו.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הרפגון מ"הקמצן" הוא דמות עגולה או שטוחה?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שלוש תכונות ממחסן תכונות עשיר שיכולות להחליף את המילה "רע" כשמתארים דמות קמצנית כמו הרפגון.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תנו דוגמה אחת לאפיון עקיף מתוך "המחרוזת" או "הקמצן", והסבירו מה הוא מלמד על הדמות.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3 · אמצעים אומנותיים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האמצעי במשפט על השמש?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האמצעי במשפט על הקול?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האמצעי במשפט על האח?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האמצעי כשמילה חוזרת כמה פעמים?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סמל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3 · אמצעים אומנותיים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במשפט "העננים בכו כל הלילה" יש אמצעי בשם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במשפט "היא שקטה כמו עכבר" יש אמצעי בשם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במשפט "החבר שלי הוא סלע" יש אמצעי בשם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אמצעים אומנותיים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הצגת שני הפכים זה מול 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השוואה במילים כמו / כ־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חפץ או תמונה שמייצגים רעיון גדול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נתינת תכונה אנושית לדבר שאינו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השוואה בלי מילת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מילה או ביטוי שחוזרים כמה פעמים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אמצעים אומנותיים – הסבר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"הספרייה הייתה מקלט חם מפני העולם" – זהו דימוי או מטאפורה? ומה הוא מוסיף לתיאור הספרייה?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בסיפור, הכדור ששמור בקופסה ומוצא רק כשהילד מתגעגע לאביו הוא סמל. מה הוא מבטא?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"העלים לחשו זה לזה סודות ברוח" – זהו אמצעי האנשה. אילו תחושות הוא יוצר אצל הקוראים?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משפט משלכם עם דימוי המתאר מהירות, והסבירו איזו תמונה הוא יוצר בעיני הקורא.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משפט מתוך יצירה שלמדתם (המחרוזת / הקמצן) וכתבו: מהו האמצעי האומנותי בו, ומה הוא תורם לסיפור.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4 · הומור וקומדיה – ארגז הצחוק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קומדיה מטרתה תמיד רק לגרום לצחוק, ואין בה שום ביקורת על החברה.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מולייר היה מחזאי צרפתי שגם כתב, ביים ושיחק במחזותיו.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הרפגון, גיבור המחזה 'הקמצן', הוא אדם נדיב שמפזר את כספו בלי חשבון.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סאטירה היא סוג של הומור שמבקר באמצעות צחוק תופעות בחברה.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הומור וקומדיה – ארגז הצחוק – מזהים אמצעים קומיים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כשדמות עושה משהו הרבה יותר ממה שצריך, עד שזה מצחיק?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מכה ונפילה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כששתי דמויות מבינות משהו אחרת לגמרי?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 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סאטירה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כששמים שני הפכים זה ליד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כשדמות אומרת את אותו דבר שוב ושוב?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 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סאטירה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הומור וקומדיה – ארגז הצחוק – מצחוק לסאטירה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מה ההבדל בין צחוק לשם צחוק לבין סאטירה.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אחת מהחיים (לא מהמחזה) למצב מצחיק שיש בו גם ביקורת חברתית, ונמקו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הרפגון מרעיב את משרתיו ואת סוסיו כדי לחסוך כסף. איזו ביקורת חברתית מולייר מבקר דרך ההתנהגות הזאת?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משפט קצר שבו דמות קמצנית אומרת או עושה משהו מצחיק באמצעות הגזמה.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5 · יישום ביצירות: המחרוזת, בת רבי עקיבא והנחש, הקמצן – הבנת היצירות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מטילדה רצתה?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חיי עושר ופאר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לגור בכפר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להיות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לנסוע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ממי מטילדה שאלה את המחרוזת?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מגברת פורסטייה, חברתה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מהתפרנית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את מי אליז אוהבת?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קלאנט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ואלר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מריאן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ז׳אק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יישום ביצירות: המחרוזת, בת רבי עקיבא והנחש, הקמצן – נכון/לא נכון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 רבי עקיבא ניצלה בזכות כישוף שהגן עליה מהנחש.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הרפגון קבר בגן תיבה ובה עשרת אלפים מטבעות זהב.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מתברר בסוף הסיפור שהמחרוזת של מטילדה הייתה אמיתית ויקרה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יישום ביצירות: המחרוזת, בת רבי עקיבא והנחש, הקמצן – דמויות וסמלים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מטילדה ובעלה עבדו __________ שנים כדי להחזיר את החוב על המחרוזת.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רבי עקיבא אמר לבתו שה__________ מצילה ממוות.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יישום ביצירות: המחרוזת, בת רבי עקיבא והנחש, הקמצן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מטילדה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נכנס לבית הרפגון כמנהל משק הבית כדי להיות קרוב לאליז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הרפגון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נתנה את מנתה לעני ביום חתונתה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בת רבי עקיבא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קמצן קיצוני החושד בכולם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ואלר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חולמת על חיי פאר ועושר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6 · שירים, סיכום וכתיבה יוצרת – הכרות עם היצירות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כתב את "וידוי הגדול"?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אמנון שמוש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לאה גולדברג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נעמי שמר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אהוד מנור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יוצרים כתבו את שירי ההתחדשות?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משורר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 יוצרים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מולייר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מדרש חז"ל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שירים, סיכום וכתיבה יוצרת – עובדות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לאה גולדברג חיה בשנים 1911–1970.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אהוד מנור ונעמי שמר הם אותו היוצר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שירים, סיכום וכתיבה יוצרת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את השיר "וידוי הגדול" כתב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שלושת היוצרים של שירי ההתחדשות הם לאה גולדברג, נעמי שמר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שירים, סיכום וכתיבה יוצרת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תיאור דומם או בעל חיים בתכונות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השוואה בלי מילת דימוי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או צירוף שחוזרים כמה פעמים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חפץ או תמונה שמייצגים רעיון גדול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השוואה עם מילת "כמו" או "כ־"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סגורות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נקודת המפנה?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תחילת הסיפור השקטה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הרגע שבו העלילה משתנה לכיוון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דמות שלא משתנה נקראת?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דינמית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שטוחה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סטטית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אמצעי יש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הכי חשוב להרפגון?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הכסף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כבוד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מסמלת המחרוזת?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אהבה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מראית עין נוצצת שמסתירה זיוף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חברות 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עושר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הציל את הבת מהנחש?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ברחה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מעשה קטן שעשתה בלי כוונה הרג את הנחש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אביה שמר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לא יצאה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אילו סוגי הומור לומדים?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הומור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הגזמה, טעות קומית וסוגי הומור נוספים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סרקזם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סוגי הומור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לזהות את חמשת שלבי העלילה ואת נקודת המפנה בסיפור שקראתי?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למיין דמות לפי שלושת הצירים (ראשית/משנית, עגולה/שטוחה, דינמית/סטטית) ולהוכיח זאת מהטקסט?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לזהות אמצעי אומנותי ולהסביר מה הוא מוסיף לתיאור, ולא רק לשם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ארגז כלים לספרות בחט״ב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